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6345" w:rsidRDefault="00D96345" w:rsidP="00D96345">
      <w:pPr>
        <w:spacing w:after="0" w:line="240" w:lineRule="auto"/>
        <w:jc w:val="center"/>
        <w:rPr>
          <w:rFonts w:ascii="Century Schoolbook" w:hAnsi="Century Schoolbook" w:cstheme="majorHAnsi"/>
          <w:b/>
          <w:sz w:val="44"/>
          <w:szCs w:val="34"/>
        </w:rPr>
      </w:pPr>
      <w:r w:rsidRPr="008F31B8">
        <w:rPr>
          <w:rFonts w:ascii="Century Schoolbook" w:hAnsi="Century Schoolbook" w:cstheme="majorHAnsi"/>
          <w:b/>
          <w:sz w:val="44"/>
          <w:szCs w:val="34"/>
        </w:rPr>
        <w:t>STARSTUDIO</w:t>
      </w:r>
    </w:p>
    <w:p w:rsidR="00056E75" w:rsidRPr="008F31B8" w:rsidRDefault="00D96345" w:rsidP="00D96345">
      <w:pPr>
        <w:spacing w:after="0" w:line="240" w:lineRule="auto"/>
        <w:jc w:val="center"/>
        <w:rPr>
          <w:rFonts w:ascii="Century Schoolbook" w:hAnsi="Century Schoolbook" w:cstheme="majorHAnsi"/>
          <w:sz w:val="44"/>
          <w:szCs w:val="34"/>
        </w:rPr>
      </w:pPr>
      <w:r>
        <w:rPr>
          <w:rFonts w:ascii="Century Schoolbook" w:hAnsi="Century Schoolbook" w:cstheme="majorHAnsi"/>
          <w:sz w:val="24"/>
          <w:szCs w:val="24"/>
        </w:rPr>
        <w:t>Music Streaming P</w:t>
      </w:r>
      <w:r w:rsidRPr="008F31B8">
        <w:rPr>
          <w:rFonts w:ascii="Century Schoolbook" w:hAnsi="Century Schoolbook" w:cstheme="majorHAnsi"/>
          <w:sz w:val="24"/>
          <w:szCs w:val="24"/>
        </w:rPr>
        <w:t>latform</w:t>
      </w:r>
      <w:r w:rsidRPr="008F31B8">
        <w:rPr>
          <w:rFonts w:ascii="Century Schoolbook" w:hAnsi="Century Schoolbook" w:cstheme="majorHAnsi"/>
          <w:b/>
          <w:sz w:val="44"/>
          <w:szCs w:val="34"/>
        </w:rPr>
        <w:br/>
        <w:t>Child Artist Agreement Form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211"/>
        <w:gridCol w:w="5211"/>
      </w:tblGrid>
      <w:tr w:rsidR="00CE27EA" w:rsidRPr="008F31B8" w:rsidTr="001305B8">
        <w:tc>
          <w:tcPr>
            <w:tcW w:w="5211" w:type="dxa"/>
          </w:tcPr>
          <w:p w:rsidR="001305B8" w:rsidRPr="008F31B8" w:rsidRDefault="001305B8" w:rsidP="00CE27EA">
            <w:pPr>
              <w:rPr>
                <w:rFonts w:ascii="Century Schoolbook" w:hAnsi="Century Schoolbook" w:cstheme="majorHAnsi"/>
              </w:rPr>
            </w:pPr>
          </w:p>
          <w:p w:rsidR="001305B8" w:rsidRPr="008F31B8" w:rsidRDefault="001305B8" w:rsidP="00CE27EA">
            <w:pPr>
              <w:rPr>
                <w:rFonts w:ascii="Century Schoolbook" w:hAnsi="Century Schoolbook" w:cstheme="majorHAnsi"/>
              </w:rPr>
            </w:pPr>
          </w:p>
          <w:p w:rsidR="001305B8" w:rsidRPr="008F31B8" w:rsidRDefault="001305B8" w:rsidP="00CE27EA">
            <w:pPr>
              <w:rPr>
                <w:rFonts w:ascii="Century Schoolbook" w:hAnsi="Century Schoolbook" w:cstheme="majorHAnsi"/>
              </w:rPr>
            </w:pPr>
          </w:p>
          <w:p w:rsidR="00CE27EA" w:rsidRPr="008F31B8" w:rsidRDefault="00CE27EA" w:rsidP="00CE27EA">
            <w:pPr>
              <w:rPr>
                <w:rFonts w:ascii="Century Schoolbook" w:hAnsi="Century Schoolbook" w:cstheme="majorHAnsi"/>
                <w:b/>
                <w:bCs/>
                <w:sz w:val="24"/>
                <w:szCs w:val="24"/>
              </w:rPr>
            </w:pPr>
            <w:r w:rsidRPr="008F31B8">
              <w:rPr>
                <w:rFonts w:ascii="Century Schoolbook" w:hAnsi="Century Schoolbook" w:cstheme="majorHAnsi"/>
                <w:b/>
                <w:bCs/>
                <w:sz w:val="24"/>
                <w:szCs w:val="24"/>
              </w:rPr>
              <w:t xml:space="preserve">Office: </w:t>
            </w:r>
            <w:proofErr w:type="spellStart"/>
            <w:r w:rsidRPr="008F31B8">
              <w:rPr>
                <w:rFonts w:ascii="Century Schoolbook" w:hAnsi="Century Schoolbook" w:cstheme="majorHAnsi"/>
                <w:b/>
                <w:bCs/>
                <w:sz w:val="24"/>
                <w:szCs w:val="24"/>
              </w:rPr>
              <w:t>Shikohabad</w:t>
            </w:r>
            <w:proofErr w:type="spellEnd"/>
            <w:r w:rsidRPr="008F31B8">
              <w:rPr>
                <w:rFonts w:ascii="Century Schoolbook" w:hAnsi="Century Schoolbook" w:cstheme="majorHAnsi"/>
                <w:b/>
                <w:bCs/>
                <w:sz w:val="24"/>
                <w:szCs w:val="24"/>
              </w:rPr>
              <w:t xml:space="preserve"> Road</w:t>
            </w:r>
          </w:p>
          <w:p w:rsidR="00CE27EA" w:rsidRPr="008F31B8" w:rsidRDefault="00CE27EA" w:rsidP="00CE27EA">
            <w:pPr>
              <w:rPr>
                <w:rFonts w:ascii="Century Schoolbook" w:hAnsi="Century Schoolbook" w:cstheme="majorHAnsi"/>
                <w:b/>
                <w:bCs/>
                <w:sz w:val="24"/>
                <w:szCs w:val="24"/>
              </w:rPr>
            </w:pPr>
            <w:proofErr w:type="spellStart"/>
            <w:r w:rsidRPr="008F31B8">
              <w:rPr>
                <w:rFonts w:ascii="Century Schoolbook" w:hAnsi="Century Schoolbook" w:cstheme="majorHAnsi"/>
                <w:b/>
                <w:bCs/>
                <w:sz w:val="24"/>
                <w:szCs w:val="24"/>
              </w:rPr>
              <w:t>Etah</w:t>
            </w:r>
            <w:proofErr w:type="spellEnd"/>
            <w:r w:rsidRPr="008F31B8">
              <w:rPr>
                <w:rFonts w:ascii="Century Schoolbook" w:hAnsi="Century Schoolbook" w:cstheme="majorHAnsi"/>
                <w:b/>
                <w:bCs/>
                <w:sz w:val="24"/>
                <w:szCs w:val="24"/>
              </w:rPr>
              <w:t xml:space="preserve"> – 207001</w:t>
            </w:r>
          </w:p>
          <w:p w:rsidR="00CE27EA" w:rsidRPr="008F31B8" w:rsidRDefault="00CE27EA" w:rsidP="00CE27EA">
            <w:pPr>
              <w:rPr>
                <w:rFonts w:ascii="Century Schoolbook" w:hAnsi="Century Schoolbook" w:cstheme="majorHAnsi"/>
                <w:b/>
                <w:bCs/>
                <w:sz w:val="24"/>
                <w:szCs w:val="24"/>
              </w:rPr>
            </w:pPr>
            <w:r w:rsidRPr="008F31B8">
              <w:rPr>
                <w:rFonts w:ascii="Century Schoolbook" w:hAnsi="Century Schoolbook" w:cstheme="majorHAnsi"/>
                <w:b/>
                <w:bCs/>
                <w:sz w:val="24"/>
                <w:szCs w:val="24"/>
              </w:rPr>
              <w:t>Uttar Pradesh, India</w:t>
            </w:r>
          </w:p>
          <w:p w:rsidR="00CE27EA" w:rsidRPr="008F31B8" w:rsidRDefault="00CE27EA" w:rsidP="00CE27EA">
            <w:pPr>
              <w:rPr>
                <w:rFonts w:ascii="Century Schoolbook" w:hAnsi="Century Schoolbook" w:cstheme="majorHAnsi"/>
                <w:sz w:val="24"/>
                <w:szCs w:val="24"/>
              </w:rPr>
            </w:pPr>
            <w:r w:rsidRPr="008F31B8">
              <w:rPr>
                <w:rFonts w:ascii="Century Schoolbook" w:hAnsi="Century Schoolbook" w:cstheme="majorHAnsi"/>
                <w:b/>
                <w:bCs/>
                <w:sz w:val="24"/>
                <w:szCs w:val="24"/>
              </w:rPr>
              <w:t>Email:</w:t>
            </w:r>
            <w:r w:rsidRPr="008F31B8">
              <w:rPr>
                <w:rFonts w:ascii="Century Schoolbook" w:hAnsi="Century Schoolbook" w:cstheme="majorHAnsi"/>
                <w:sz w:val="24"/>
                <w:szCs w:val="24"/>
              </w:rPr>
              <w:t xml:space="preserve"> </w:t>
            </w:r>
            <w:hyperlink r:id="rId6" w:history="1">
              <w:r w:rsidRPr="008F31B8">
                <w:rPr>
                  <w:rStyle w:val="Hyperlink"/>
                  <w:rFonts w:ascii="Century Schoolbook" w:hAnsi="Century Schoolbook" w:cstheme="majorHAnsi"/>
                  <w:sz w:val="24"/>
                  <w:szCs w:val="24"/>
                </w:rPr>
                <w:t>support@starstudio.co.in</w:t>
              </w:r>
            </w:hyperlink>
          </w:p>
          <w:p w:rsidR="00CE27EA" w:rsidRPr="008F31B8" w:rsidRDefault="00CE27EA" w:rsidP="001B3CCB">
            <w:pPr>
              <w:rPr>
                <w:rFonts w:ascii="Century Schoolbook" w:hAnsi="Century Schoolbook" w:cstheme="majorHAnsi"/>
              </w:rPr>
            </w:pPr>
          </w:p>
        </w:tc>
        <w:tc>
          <w:tcPr>
            <w:tcW w:w="5211" w:type="dxa"/>
          </w:tcPr>
          <w:p w:rsidR="00CE27EA" w:rsidRPr="008F31B8" w:rsidRDefault="001305B8" w:rsidP="00CE27EA">
            <w:pPr>
              <w:jc w:val="right"/>
              <w:rPr>
                <w:rFonts w:ascii="Century Schoolbook" w:hAnsi="Century Schoolbook" w:cstheme="majorHAnsi"/>
              </w:rPr>
            </w:pPr>
            <w:r w:rsidRPr="008F31B8">
              <w:rPr>
                <w:rFonts w:ascii="Century Schoolbook" w:hAnsi="Century Schoolbook" w:cstheme="majorHAnsi"/>
              </w:rPr>
              <w:t xml:space="preserve"> </w:t>
            </w:r>
            <w:r w:rsidRPr="008F31B8">
              <w:rPr>
                <w:rFonts w:ascii="Century Schoolbook" w:hAnsi="Century Schoolbook" w:cstheme="majorHAnsi"/>
                <w:noProof/>
                <w:lang w:bidi="hi-IN"/>
              </w:rPr>
              <w:drawing>
                <wp:inline distT="0" distB="0" distL="0" distR="0">
                  <wp:extent cx="1247775" cy="1206020"/>
                  <wp:effectExtent l="19050" t="0" r="9525" b="0"/>
                  <wp:docPr id="9" name="Picture 8" descr="st_round_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t_round_logo.png"/>
                          <pic:cNvPicPr/>
                        </pic:nvPicPr>
                        <pic:blipFill>
                          <a:blip r:embed="rId7">
                            <a:lum bright="-20000" contrast="40000"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4205" cy="12122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B3CCB" w:rsidRPr="008F31B8" w:rsidRDefault="00103901">
      <w:pPr>
        <w:rPr>
          <w:rFonts w:ascii="Century Schoolbook" w:hAnsi="Century Schoolbook" w:cstheme="majorHAnsi"/>
        </w:rPr>
      </w:pPr>
      <w:r>
        <w:rPr>
          <w:rFonts w:ascii="Century Schoolbook" w:hAnsi="Century Schoolbook" w:cstheme="majorHAnsi"/>
          <w:noProof/>
          <w:lang w:bidi="hi-IN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margin-left:.3pt;margin-top:4.65pt;width:511.5pt;height:.75pt;flip:y;z-index:251658240;mso-position-horizontal-relative:text;mso-position-vertical-relative:text" o:connectortype="straight"/>
        </w:pict>
      </w:r>
    </w:p>
    <w:p w:rsidR="00056E75" w:rsidRPr="008F31B8" w:rsidRDefault="00D96345" w:rsidP="001B3CCB">
      <w:pPr>
        <w:rPr>
          <w:rFonts w:ascii="Century Schoolbook" w:hAnsi="Century Schoolbook" w:cstheme="majorHAnsi"/>
          <w:sz w:val="24"/>
          <w:szCs w:val="24"/>
        </w:rPr>
      </w:pPr>
      <w:r w:rsidRPr="008F31B8">
        <w:rPr>
          <w:rFonts w:ascii="Century Schoolbook" w:hAnsi="Century Schoolbook" w:cstheme="majorHAnsi"/>
          <w:sz w:val="24"/>
          <w:szCs w:val="24"/>
        </w:rPr>
        <w:t>This agreement is for participation of a minor (child artist) in STARSTUDIO, a music streaming platform and digital content production service.</w:t>
      </w:r>
    </w:p>
    <w:p w:rsidR="00056E75" w:rsidRPr="008F31B8" w:rsidRDefault="00D96345">
      <w:pPr>
        <w:rPr>
          <w:rFonts w:ascii="Century Schoolbook" w:hAnsi="Century Schoolbook" w:cstheme="majorHAnsi"/>
        </w:rPr>
      </w:pPr>
      <w:r w:rsidRPr="008F31B8">
        <w:rPr>
          <w:rFonts w:ascii="Century Schoolbook" w:hAnsi="Century Schoolbook" w:cstheme="majorHAnsi"/>
          <w:b/>
        </w:rPr>
        <w:br/>
      </w:r>
      <w:r w:rsidRPr="008F31B8">
        <w:rPr>
          <w:rFonts w:ascii="Century Schoolbook" w:hAnsi="Century Schoolbook" w:cstheme="majorHAnsi"/>
          <w:b/>
          <w:sz w:val="24"/>
          <w:szCs w:val="24"/>
        </w:rPr>
        <w:t>1. CHILD DETAILS</w:t>
      </w:r>
    </w:p>
    <w:p w:rsidR="00056E75" w:rsidRPr="008F31B8" w:rsidRDefault="00D96345">
      <w:pPr>
        <w:rPr>
          <w:rFonts w:ascii="Century Schoolbook" w:hAnsi="Century Schoolbook" w:cstheme="majorHAnsi"/>
        </w:rPr>
      </w:pPr>
      <w:r w:rsidRPr="008F31B8">
        <w:rPr>
          <w:rFonts w:ascii="Century Schoolbook" w:hAnsi="Century Schoolbook" w:cstheme="majorHAnsi"/>
        </w:rPr>
        <w:t>Full Name: ____________________________</w:t>
      </w:r>
    </w:p>
    <w:p w:rsidR="00056E75" w:rsidRPr="008F31B8" w:rsidRDefault="00D96345">
      <w:pPr>
        <w:rPr>
          <w:rFonts w:ascii="Century Schoolbook" w:hAnsi="Century Schoolbook" w:cstheme="majorHAnsi"/>
        </w:rPr>
      </w:pPr>
      <w:r w:rsidRPr="008F31B8">
        <w:rPr>
          <w:rFonts w:ascii="Century Schoolbook" w:hAnsi="Century Schoolbook" w:cstheme="majorHAnsi"/>
        </w:rPr>
        <w:t>Date of Birth: ____________________________</w:t>
      </w:r>
    </w:p>
    <w:p w:rsidR="00056E75" w:rsidRPr="008F31B8" w:rsidRDefault="00D96345">
      <w:pPr>
        <w:rPr>
          <w:rFonts w:ascii="Century Schoolbook" w:hAnsi="Century Schoolbook" w:cstheme="majorHAnsi"/>
        </w:rPr>
      </w:pPr>
      <w:r w:rsidRPr="008F31B8">
        <w:rPr>
          <w:rFonts w:ascii="Century Schoolbook" w:hAnsi="Century Schoolbook" w:cstheme="majorHAnsi"/>
        </w:rPr>
        <w:t>Age: __________</w:t>
      </w:r>
    </w:p>
    <w:p w:rsidR="00056E75" w:rsidRPr="008F31B8" w:rsidRDefault="00D96345">
      <w:pPr>
        <w:rPr>
          <w:rFonts w:ascii="Century Schoolbook" w:hAnsi="Century Schoolbook" w:cstheme="majorHAnsi"/>
        </w:rPr>
      </w:pPr>
      <w:r w:rsidRPr="008F31B8">
        <w:rPr>
          <w:rFonts w:ascii="Century Schoolbook" w:hAnsi="Century Schoolbook" w:cstheme="majorHAnsi"/>
        </w:rPr>
        <w:t>Gender: ____________________________</w:t>
      </w:r>
    </w:p>
    <w:p w:rsidR="00056E75" w:rsidRPr="008F31B8" w:rsidRDefault="00D96345">
      <w:pPr>
        <w:rPr>
          <w:rFonts w:ascii="Century Schoolbook" w:hAnsi="Century Schoolbook" w:cstheme="majorHAnsi"/>
        </w:rPr>
      </w:pPr>
      <w:r w:rsidRPr="008F31B8">
        <w:rPr>
          <w:rFonts w:ascii="Century Schoolbook" w:hAnsi="Century Schoolbook" w:cstheme="majorHAnsi"/>
          <w:b/>
        </w:rPr>
        <w:br/>
      </w:r>
      <w:r w:rsidRPr="008F31B8">
        <w:rPr>
          <w:rFonts w:ascii="Century Schoolbook" w:hAnsi="Century Schoolbook" w:cstheme="majorHAnsi"/>
          <w:b/>
          <w:sz w:val="24"/>
          <w:szCs w:val="24"/>
        </w:rPr>
        <w:t>2. PARENT / GUARDIAN DETAILS</w:t>
      </w:r>
    </w:p>
    <w:p w:rsidR="00056E75" w:rsidRPr="008F31B8" w:rsidRDefault="00D96345">
      <w:pPr>
        <w:rPr>
          <w:rFonts w:ascii="Century Schoolbook" w:hAnsi="Century Schoolbook" w:cstheme="majorHAnsi"/>
        </w:rPr>
      </w:pPr>
      <w:r w:rsidRPr="008F31B8">
        <w:rPr>
          <w:rFonts w:ascii="Century Schoolbook" w:hAnsi="Century Schoolbook" w:cstheme="majorHAnsi"/>
        </w:rPr>
        <w:t>Full Name: ____________________________</w:t>
      </w:r>
    </w:p>
    <w:p w:rsidR="00056E75" w:rsidRPr="008F31B8" w:rsidRDefault="00D96345">
      <w:pPr>
        <w:rPr>
          <w:rFonts w:ascii="Century Schoolbook" w:hAnsi="Century Schoolbook" w:cstheme="majorHAnsi"/>
        </w:rPr>
      </w:pPr>
      <w:r w:rsidRPr="008F31B8">
        <w:rPr>
          <w:rFonts w:ascii="Century Schoolbook" w:hAnsi="Century Schoolbook" w:cstheme="majorHAnsi"/>
        </w:rPr>
        <w:t>Relation with Child: ____________________________</w:t>
      </w:r>
    </w:p>
    <w:p w:rsidR="00056E75" w:rsidRPr="008F31B8" w:rsidRDefault="00D96345">
      <w:pPr>
        <w:rPr>
          <w:rFonts w:ascii="Century Schoolbook" w:hAnsi="Century Schoolbook" w:cstheme="majorHAnsi"/>
        </w:rPr>
      </w:pPr>
      <w:r w:rsidRPr="008F31B8">
        <w:rPr>
          <w:rFonts w:ascii="Century Schoolbook" w:hAnsi="Century Schoolbook" w:cstheme="majorHAnsi"/>
        </w:rPr>
        <w:t>Address: ____________________________________________</w:t>
      </w:r>
    </w:p>
    <w:p w:rsidR="00056E75" w:rsidRPr="008F31B8" w:rsidRDefault="00D96345">
      <w:pPr>
        <w:rPr>
          <w:rFonts w:ascii="Century Schoolbook" w:hAnsi="Century Schoolbook" w:cstheme="majorHAnsi"/>
        </w:rPr>
      </w:pPr>
      <w:r w:rsidRPr="008F31B8">
        <w:rPr>
          <w:rFonts w:ascii="Century Schoolbook" w:hAnsi="Century Schoolbook" w:cstheme="majorHAnsi"/>
        </w:rPr>
        <w:t>Phone Number: ____________________________</w:t>
      </w:r>
    </w:p>
    <w:p w:rsidR="00056E75" w:rsidRPr="008F31B8" w:rsidRDefault="00D96345">
      <w:pPr>
        <w:rPr>
          <w:rFonts w:ascii="Century Schoolbook" w:hAnsi="Century Schoolbook" w:cstheme="majorHAnsi"/>
        </w:rPr>
      </w:pPr>
      <w:r w:rsidRPr="008F31B8">
        <w:rPr>
          <w:rFonts w:ascii="Century Schoolbook" w:hAnsi="Century Schoolbook" w:cstheme="majorHAnsi"/>
        </w:rPr>
        <w:t>Email ID: ____________________________</w:t>
      </w:r>
    </w:p>
    <w:p w:rsidR="00056E75" w:rsidRPr="008F31B8" w:rsidRDefault="00D96345">
      <w:pPr>
        <w:rPr>
          <w:rFonts w:ascii="Century Schoolbook" w:hAnsi="Century Schoolbook" w:cstheme="majorHAnsi"/>
        </w:rPr>
      </w:pPr>
      <w:r w:rsidRPr="008F31B8">
        <w:rPr>
          <w:rFonts w:ascii="Century Schoolbook" w:hAnsi="Century Schoolbook" w:cstheme="majorHAnsi"/>
          <w:b/>
        </w:rPr>
        <w:br/>
      </w:r>
      <w:r w:rsidRPr="008F31B8">
        <w:rPr>
          <w:rFonts w:ascii="Century Schoolbook" w:hAnsi="Century Schoolbook" w:cstheme="majorHAnsi"/>
          <w:b/>
          <w:sz w:val="24"/>
          <w:szCs w:val="24"/>
        </w:rPr>
        <w:t>3. CONSENT &amp; PERMISSION</w:t>
      </w:r>
    </w:p>
    <w:p w:rsidR="00DA005F" w:rsidRPr="008F31B8" w:rsidRDefault="00D96345">
      <w:pPr>
        <w:rPr>
          <w:rFonts w:ascii="Century Schoolbook" w:hAnsi="Century Schoolbook" w:cstheme="majorHAnsi"/>
          <w:sz w:val="24"/>
          <w:szCs w:val="24"/>
        </w:rPr>
      </w:pPr>
      <w:r w:rsidRPr="008F31B8">
        <w:rPr>
          <w:rFonts w:ascii="Century Schoolbook" w:hAnsi="Century Schoolbook" w:cstheme="majorHAnsi"/>
          <w:sz w:val="24"/>
          <w:szCs w:val="24"/>
        </w:rPr>
        <w:t xml:space="preserve">I, the undersigned parent/guardian, hereby give full consent for my child to participate as an artist in audio, video, music, and digital content created under STARSTUDIO. </w:t>
      </w:r>
    </w:p>
    <w:p w:rsidR="00056E75" w:rsidRPr="008F31B8" w:rsidRDefault="00D96345">
      <w:pPr>
        <w:rPr>
          <w:rFonts w:ascii="Century Schoolbook" w:hAnsi="Century Schoolbook" w:cstheme="majorHAnsi"/>
          <w:sz w:val="24"/>
          <w:szCs w:val="24"/>
        </w:rPr>
      </w:pPr>
      <w:r w:rsidRPr="008F31B8">
        <w:rPr>
          <w:rFonts w:ascii="Century Schoolbook" w:hAnsi="Century Schoolbook" w:cstheme="majorHAnsi"/>
          <w:sz w:val="24"/>
          <w:szCs w:val="24"/>
        </w:rPr>
        <w:t>I understand that the content may be published on music streaming platforms, websites, and social media.</w:t>
      </w:r>
    </w:p>
    <w:p w:rsidR="008F31B8" w:rsidRPr="008F31B8" w:rsidRDefault="008F31B8">
      <w:pPr>
        <w:rPr>
          <w:rFonts w:ascii="Century Schoolbook" w:hAnsi="Century Schoolbook" w:cstheme="majorHAnsi"/>
          <w:b/>
        </w:rPr>
      </w:pPr>
    </w:p>
    <w:p w:rsidR="00056E75" w:rsidRPr="008F31B8" w:rsidRDefault="00D96345">
      <w:pPr>
        <w:rPr>
          <w:rFonts w:ascii="Century Schoolbook" w:hAnsi="Century Schoolbook" w:cstheme="majorHAnsi"/>
          <w:sz w:val="24"/>
          <w:szCs w:val="24"/>
        </w:rPr>
      </w:pPr>
      <w:r w:rsidRPr="008F31B8">
        <w:rPr>
          <w:rFonts w:ascii="Century Schoolbook" w:hAnsi="Century Schoolbook" w:cstheme="majorHAnsi"/>
          <w:b/>
          <w:sz w:val="24"/>
          <w:szCs w:val="24"/>
        </w:rPr>
        <w:lastRenderedPageBreak/>
        <w:t>4. PAYMENT &amp; RIGHTS</w:t>
      </w:r>
    </w:p>
    <w:p w:rsidR="00056E75" w:rsidRPr="008F31B8" w:rsidRDefault="00D96345">
      <w:pPr>
        <w:rPr>
          <w:rFonts w:ascii="Century Schoolbook" w:hAnsi="Century Schoolbook" w:cstheme="majorHAnsi"/>
          <w:sz w:val="24"/>
          <w:szCs w:val="24"/>
        </w:rPr>
      </w:pPr>
      <w:r w:rsidRPr="008F31B8">
        <w:rPr>
          <w:rFonts w:ascii="Century Schoolbook" w:hAnsi="Century Schoolbook" w:cstheme="majorHAnsi"/>
          <w:sz w:val="24"/>
          <w:szCs w:val="24"/>
        </w:rPr>
        <w:t>Any earnings related to the child artist will be managed by the parent/guardian. STARSTUDIO reserves rights to use, edit, publish, and distribute the content.</w:t>
      </w:r>
    </w:p>
    <w:p w:rsidR="001305B8" w:rsidRPr="008F31B8" w:rsidRDefault="008F31B8" w:rsidP="001305B8">
      <w:pPr>
        <w:pStyle w:val="NormalWeb"/>
        <w:rPr>
          <w:rFonts w:ascii="Century Schoolbook" w:hAnsi="Century Schoolbook" w:cstheme="majorHAnsi"/>
        </w:rPr>
      </w:pPr>
      <w:r w:rsidRPr="008F31B8">
        <w:rPr>
          <w:rStyle w:val="Strong"/>
          <w:rFonts w:ascii="Century Schoolbook" w:hAnsi="Century Schoolbook" w:cstheme="majorHAnsi"/>
        </w:rPr>
        <w:t>5</w:t>
      </w:r>
      <w:r w:rsidR="001305B8" w:rsidRPr="008F31B8">
        <w:rPr>
          <w:rStyle w:val="Strong"/>
          <w:rFonts w:ascii="Century Schoolbook" w:hAnsi="Century Schoolbook" w:cstheme="majorHAnsi"/>
        </w:rPr>
        <w:t>. COPYRIGHT &amp; CONTENT OWNERSHIP</w:t>
      </w:r>
    </w:p>
    <w:p w:rsidR="00BF63BE" w:rsidRPr="00BF63BE" w:rsidRDefault="00BF63BE" w:rsidP="00BF63BE">
      <w:pPr>
        <w:pStyle w:val="ListParagraph"/>
        <w:numPr>
          <w:ilvl w:val="0"/>
          <w:numId w:val="12"/>
        </w:numPr>
        <w:rPr>
          <w:rFonts w:ascii="Century Schoolbook" w:hAnsi="Century Schoolbook"/>
        </w:rPr>
      </w:pPr>
      <w:r w:rsidRPr="00BF63BE">
        <w:rPr>
          <w:rFonts w:ascii="Century Schoolbook" w:hAnsi="Century Schoolbook"/>
        </w:rPr>
        <w:t>All audio, video, music, and digital content created under STARSTUDIO shall be the exclusive property of STARSTUDIO.</w:t>
      </w:r>
    </w:p>
    <w:p w:rsidR="00BF63BE" w:rsidRPr="00BF63BE" w:rsidRDefault="00BF63BE" w:rsidP="00BF63BE">
      <w:pPr>
        <w:pStyle w:val="ListParagraph"/>
        <w:numPr>
          <w:ilvl w:val="0"/>
          <w:numId w:val="12"/>
        </w:numPr>
        <w:rPr>
          <w:rFonts w:ascii="Century Schoolbook" w:hAnsi="Century Schoolbook"/>
        </w:rPr>
      </w:pPr>
      <w:r w:rsidRPr="00BF63BE">
        <w:rPr>
          <w:rFonts w:ascii="Century Schoolbook" w:hAnsi="Century Schoolbook"/>
        </w:rPr>
        <w:t>STARSTUDIO shall have full rights to publish, distribute, monetize, modify, and promote the content worldwide.</w:t>
      </w:r>
    </w:p>
    <w:p w:rsidR="00BF63BE" w:rsidRPr="00BF63BE" w:rsidRDefault="00BF63BE" w:rsidP="00BF63BE">
      <w:pPr>
        <w:pStyle w:val="ListParagraph"/>
        <w:numPr>
          <w:ilvl w:val="0"/>
          <w:numId w:val="12"/>
        </w:numPr>
        <w:rPr>
          <w:rFonts w:ascii="Century Schoolbook" w:hAnsi="Century Schoolbook"/>
        </w:rPr>
      </w:pPr>
      <w:r w:rsidRPr="00BF63BE">
        <w:rPr>
          <w:rFonts w:ascii="Century Schoolbook" w:hAnsi="Century Schoolbook"/>
        </w:rPr>
        <w:t>This agreement grants STARSTUDIO perpetual, worldwide, and irrevocable rights over the content.</w:t>
      </w:r>
    </w:p>
    <w:p w:rsidR="00BF63BE" w:rsidRPr="00BF63BE" w:rsidRDefault="00BF63BE" w:rsidP="00BF63BE">
      <w:pPr>
        <w:pStyle w:val="ListParagraph"/>
        <w:numPr>
          <w:ilvl w:val="0"/>
          <w:numId w:val="12"/>
        </w:numPr>
        <w:rPr>
          <w:rFonts w:ascii="Century Schoolbook" w:hAnsi="Century Schoolbook"/>
        </w:rPr>
      </w:pPr>
      <w:r w:rsidRPr="00BF63BE">
        <w:rPr>
          <w:rFonts w:ascii="Century Schoolbook" w:hAnsi="Century Schoolbook"/>
        </w:rPr>
        <w:t>The child artist or parent/guardian shall not claim ownership over the final produced content.</w:t>
      </w:r>
    </w:p>
    <w:p w:rsidR="00BF63BE" w:rsidRPr="00BF63BE" w:rsidRDefault="00BF63BE" w:rsidP="00BF63BE">
      <w:pPr>
        <w:pStyle w:val="ListParagraph"/>
        <w:numPr>
          <w:ilvl w:val="0"/>
          <w:numId w:val="12"/>
        </w:numPr>
        <w:rPr>
          <w:rFonts w:ascii="Century Schoolbook" w:hAnsi="Century Schoolbook"/>
        </w:rPr>
      </w:pPr>
      <w:r w:rsidRPr="00BF63BE">
        <w:rPr>
          <w:rFonts w:ascii="Century Schoolbook" w:hAnsi="Century Schoolbook"/>
        </w:rPr>
        <w:t>The artist may be credited where applicable, but ownership remains with STARSTUDIO.</w:t>
      </w:r>
    </w:p>
    <w:p w:rsidR="008F31B8" w:rsidRPr="008F31B8" w:rsidRDefault="008F31B8" w:rsidP="008F31B8">
      <w:pPr>
        <w:pStyle w:val="NormalWeb"/>
        <w:rPr>
          <w:rFonts w:ascii="Century Schoolbook" w:hAnsi="Century Schoolbook" w:cstheme="majorHAnsi"/>
        </w:rPr>
      </w:pPr>
      <w:r w:rsidRPr="008F31B8">
        <w:rPr>
          <w:rStyle w:val="Strong"/>
          <w:rFonts w:ascii="Century Schoolbook" w:hAnsi="Century Schoolbook" w:cstheme="majorHAnsi"/>
        </w:rPr>
        <w:t>6. LIABILITY DECLARATION</w:t>
      </w:r>
    </w:p>
    <w:p w:rsidR="00BF63BE" w:rsidRPr="00BF63BE" w:rsidRDefault="00BF63BE" w:rsidP="00BF63BE">
      <w:pPr>
        <w:pStyle w:val="ListParagraph"/>
        <w:numPr>
          <w:ilvl w:val="0"/>
          <w:numId w:val="13"/>
        </w:numPr>
        <w:rPr>
          <w:rFonts w:ascii="Century Schoolbook" w:hAnsi="Century Schoolbook"/>
        </w:rPr>
      </w:pPr>
      <w:r w:rsidRPr="00BF63BE">
        <w:rPr>
          <w:rFonts w:ascii="Century Schoolbook" w:hAnsi="Century Schoolbook"/>
        </w:rPr>
        <w:t>The parent/guardian confirms that the child is participating voluntarily.</w:t>
      </w:r>
    </w:p>
    <w:p w:rsidR="00BF63BE" w:rsidRPr="00BF63BE" w:rsidRDefault="00BF63BE" w:rsidP="00BF63BE">
      <w:pPr>
        <w:pStyle w:val="ListParagraph"/>
        <w:numPr>
          <w:ilvl w:val="0"/>
          <w:numId w:val="13"/>
        </w:numPr>
        <w:rPr>
          <w:rFonts w:ascii="Century Schoolbook" w:hAnsi="Century Schoolbook"/>
        </w:rPr>
      </w:pPr>
      <w:r w:rsidRPr="00BF63BE">
        <w:rPr>
          <w:rFonts w:ascii="Century Schoolbook" w:hAnsi="Century Schoolbook"/>
        </w:rPr>
        <w:t>STARSTUDIO shall not be held liable for any indirect claims arising from participation.</w:t>
      </w:r>
    </w:p>
    <w:p w:rsidR="001B3CCB" w:rsidRPr="008F31B8" w:rsidRDefault="001B3CCB">
      <w:pPr>
        <w:rPr>
          <w:rFonts w:ascii="Century Schoolbook" w:hAnsi="Century Schoolbook" w:cstheme="majorHAnsi"/>
          <w:b/>
        </w:rPr>
      </w:pPr>
    </w:p>
    <w:p w:rsidR="00056E75" w:rsidRPr="008F31B8" w:rsidRDefault="008F31B8">
      <w:pPr>
        <w:rPr>
          <w:rFonts w:ascii="Century Schoolbook" w:hAnsi="Century Schoolbook" w:cstheme="majorHAnsi"/>
          <w:sz w:val="24"/>
          <w:szCs w:val="24"/>
        </w:rPr>
      </w:pPr>
      <w:r w:rsidRPr="008F31B8">
        <w:rPr>
          <w:rFonts w:ascii="Century Schoolbook" w:hAnsi="Century Schoolbook" w:cstheme="majorHAnsi"/>
          <w:b/>
          <w:sz w:val="24"/>
          <w:szCs w:val="24"/>
        </w:rPr>
        <w:t>7</w:t>
      </w:r>
      <w:r w:rsidR="00D96345" w:rsidRPr="008F31B8">
        <w:rPr>
          <w:rFonts w:ascii="Century Schoolbook" w:hAnsi="Century Schoolbook" w:cstheme="majorHAnsi"/>
          <w:b/>
          <w:sz w:val="24"/>
          <w:szCs w:val="24"/>
        </w:rPr>
        <w:t>. SAFETY &amp; WELL-BEING</w:t>
      </w:r>
    </w:p>
    <w:p w:rsidR="00056E75" w:rsidRPr="008F31B8" w:rsidRDefault="00D96345">
      <w:pPr>
        <w:rPr>
          <w:rFonts w:ascii="Century Schoolbook" w:hAnsi="Century Schoolbook" w:cstheme="majorHAnsi"/>
          <w:sz w:val="24"/>
          <w:szCs w:val="24"/>
        </w:rPr>
      </w:pPr>
      <w:r w:rsidRPr="008F31B8">
        <w:rPr>
          <w:rFonts w:ascii="Century Schoolbook" w:hAnsi="Century Schoolbook" w:cstheme="majorHAnsi"/>
          <w:sz w:val="24"/>
          <w:szCs w:val="24"/>
        </w:rPr>
        <w:t>The child’s education, safety, and well-being will be prioritized at all times.</w:t>
      </w:r>
    </w:p>
    <w:p w:rsidR="00DA005F" w:rsidRPr="008F31B8" w:rsidRDefault="00103901">
      <w:pPr>
        <w:rPr>
          <w:rFonts w:ascii="Century Schoolbook" w:hAnsi="Century Schoolbook" w:cstheme="majorHAnsi"/>
          <w:b/>
        </w:rPr>
      </w:pPr>
      <w:r>
        <w:rPr>
          <w:rFonts w:ascii="Century Schoolbook" w:hAnsi="Century Schoolbook" w:cstheme="majorHAnsi"/>
          <w:b/>
          <w:noProof/>
          <w:lang w:bidi="hi-IN"/>
        </w:rPr>
        <w:pict>
          <v:shape id="_x0000_s1028" type="#_x0000_t32" style="position:absolute;margin-left:-2.7pt;margin-top:9.8pt;width:510.75pt;height:0;z-index:251659264" o:connectortype="straight"/>
        </w:pict>
      </w:r>
    </w:p>
    <w:p w:rsidR="00056E75" w:rsidRPr="008F31B8" w:rsidRDefault="00D96345" w:rsidP="00DA005F">
      <w:pPr>
        <w:jc w:val="center"/>
        <w:rPr>
          <w:rFonts w:ascii="Century Schoolbook" w:hAnsi="Century Schoolbook" w:cstheme="majorHAnsi"/>
          <w:sz w:val="32"/>
          <w:szCs w:val="28"/>
        </w:rPr>
      </w:pPr>
      <w:r w:rsidRPr="008F31B8">
        <w:rPr>
          <w:rFonts w:ascii="Century Schoolbook" w:hAnsi="Century Schoolbook" w:cstheme="majorHAnsi"/>
          <w:b/>
          <w:sz w:val="32"/>
          <w:szCs w:val="28"/>
        </w:rPr>
        <w:t>LEGAL DECLARATION</w:t>
      </w:r>
    </w:p>
    <w:p w:rsidR="00056E75" w:rsidRPr="00BF63BE" w:rsidRDefault="00D96345">
      <w:pPr>
        <w:rPr>
          <w:rFonts w:ascii="Century Schoolbook" w:hAnsi="Century Schoolbook" w:cstheme="majorHAnsi"/>
          <w:sz w:val="24"/>
          <w:szCs w:val="24"/>
        </w:rPr>
      </w:pPr>
      <w:r w:rsidRPr="00BF63BE">
        <w:rPr>
          <w:rFonts w:ascii="Century Schoolbook" w:hAnsi="Century Schoolbook" w:cstheme="majorHAnsi"/>
          <w:sz w:val="24"/>
          <w:szCs w:val="24"/>
        </w:rPr>
        <w:t>This agreement complies with applicable Indian laws regarding child participation in digital media and entertainment. Parent/guardian takes full responsibility for the minor.</w:t>
      </w:r>
    </w:p>
    <w:p w:rsidR="00DA005F" w:rsidRPr="008F31B8" w:rsidRDefault="00DA005F" w:rsidP="00DA005F">
      <w:pPr>
        <w:jc w:val="right"/>
        <w:rPr>
          <w:rFonts w:ascii="Century Schoolbook" w:hAnsi="Century Schoolbook" w:cstheme="majorHAnsi"/>
        </w:rPr>
      </w:pPr>
    </w:p>
    <w:p w:rsidR="005C6BC3" w:rsidRDefault="005C6BC3" w:rsidP="00DA005F">
      <w:pPr>
        <w:rPr>
          <w:rFonts w:ascii="Century Schoolbook" w:hAnsi="Century Schoolbook" w:cstheme="majorHAnsi"/>
          <w:b/>
          <w:bCs/>
        </w:rPr>
      </w:pPr>
    </w:p>
    <w:p w:rsidR="00DA005F" w:rsidRPr="008F31B8" w:rsidRDefault="00D96345" w:rsidP="00DA005F">
      <w:pPr>
        <w:rPr>
          <w:rFonts w:ascii="Century Schoolbook" w:hAnsi="Century Schoolbook" w:cstheme="majorHAnsi"/>
        </w:rPr>
      </w:pPr>
      <w:r w:rsidRPr="008F31B8">
        <w:rPr>
          <w:rFonts w:ascii="Century Schoolbook" w:hAnsi="Century Schoolbook" w:cstheme="majorHAnsi"/>
          <w:b/>
          <w:bCs/>
        </w:rPr>
        <w:t>Name:</w:t>
      </w:r>
      <w:r w:rsidRPr="008F31B8">
        <w:rPr>
          <w:rFonts w:ascii="Century Schoolbook" w:hAnsi="Century Schoolbook" w:cstheme="majorHAnsi"/>
        </w:rPr>
        <w:t xml:space="preserve"> ____________________________</w:t>
      </w:r>
      <w:r w:rsidR="00DA005F" w:rsidRPr="008F31B8">
        <w:rPr>
          <w:rFonts w:ascii="Century Schoolbook" w:hAnsi="Century Schoolbook" w:cstheme="majorHAnsi"/>
        </w:rPr>
        <w:t xml:space="preserve">                     </w:t>
      </w:r>
      <w:r w:rsidR="008F31B8" w:rsidRPr="008F31B8">
        <w:rPr>
          <w:rFonts w:ascii="Century Schoolbook" w:hAnsi="Century Schoolbook" w:cstheme="majorHAnsi"/>
        </w:rPr>
        <w:tab/>
      </w:r>
      <w:r w:rsidR="008F31B8" w:rsidRPr="008F31B8">
        <w:rPr>
          <w:rFonts w:ascii="Century Schoolbook" w:hAnsi="Century Schoolbook" w:cstheme="majorHAnsi"/>
        </w:rPr>
        <w:tab/>
      </w:r>
      <w:r w:rsidR="00DA005F" w:rsidRPr="005C6BC3">
        <w:rPr>
          <w:rFonts w:ascii="Century Schoolbook" w:hAnsi="Century Schoolbook" w:cstheme="majorHAnsi"/>
          <w:b/>
          <w:bCs/>
          <w:u w:val="single"/>
        </w:rPr>
        <w:t>Parent/Guardian Signature</w:t>
      </w:r>
    </w:p>
    <w:p w:rsidR="00056E75" w:rsidRPr="008F31B8" w:rsidRDefault="00D96345">
      <w:pPr>
        <w:rPr>
          <w:rFonts w:ascii="Century Schoolbook" w:hAnsi="Century Schoolbook" w:cstheme="majorHAnsi"/>
        </w:rPr>
      </w:pPr>
      <w:r w:rsidRPr="008F31B8">
        <w:rPr>
          <w:rFonts w:ascii="Century Schoolbook" w:hAnsi="Century Schoolbook" w:cstheme="majorHAnsi"/>
          <w:b/>
          <w:bCs/>
        </w:rPr>
        <w:t>Date:</w:t>
      </w:r>
      <w:r w:rsidRPr="008F31B8">
        <w:rPr>
          <w:rFonts w:ascii="Century Schoolbook" w:hAnsi="Century Schoolbook" w:cstheme="majorHAnsi"/>
        </w:rPr>
        <w:t xml:space="preserve"> ____________________________</w:t>
      </w:r>
    </w:p>
    <w:p w:rsidR="00056E75" w:rsidRPr="008F31B8" w:rsidRDefault="00D96345">
      <w:pPr>
        <w:rPr>
          <w:rFonts w:ascii="Century Schoolbook" w:hAnsi="Century Schoolbook" w:cstheme="majorHAnsi"/>
        </w:rPr>
      </w:pPr>
      <w:r w:rsidRPr="008F31B8">
        <w:rPr>
          <w:rFonts w:ascii="Century Schoolbook" w:hAnsi="Century Schoolbook" w:cstheme="majorHAnsi"/>
          <w:b/>
          <w:bCs/>
        </w:rPr>
        <w:t>Place:</w:t>
      </w:r>
      <w:r w:rsidRPr="008F31B8">
        <w:rPr>
          <w:rFonts w:ascii="Century Schoolbook" w:hAnsi="Century Schoolbook" w:cstheme="majorHAnsi"/>
        </w:rPr>
        <w:t xml:space="preserve"> ____________________________</w:t>
      </w:r>
    </w:p>
    <w:sectPr w:rsidR="00056E75" w:rsidRPr="008F31B8" w:rsidSect="008F31B8">
      <w:pgSz w:w="12240" w:h="15840"/>
      <w:pgMar w:top="993" w:right="900" w:bottom="568" w:left="113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32B20BCA"/>
    <w:multiLevelType w:val="multilevel"/>
    <w:tmpl w:val="DB6EA6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3F62EFD"/>
    <w:multiLevelType w:val="hybridMultilevel"/>
    <w:tmpl w:val="ADE48B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0AB2BF1"/>
    <w:multiLevelType w:val="hybridMultilevel"/>
    <w:tmpl w:val="D9B0DC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8F345D"/>
    <w:multiLevelType w:val="multilevel"/>
    <w:tmpl w:val="2D86C2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2"/>
  </w:num>
  <w:num w:numId="11">
    <w:abstractNumId w:val="9"/>
  </w:num>
  <w:num w:numId="12">
    <w:abstractNumId w:val="10"/>
  </w:num>
  <w:num w:numId="13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B47730"/>
    <w:rsid w:val="00034616"/>
    <w:rsid w:val="00056E75"/>
    <w:rsid w:val="0006063C"/>
    <w:rsid w:val="000729F5"/>
    <w:rsid w:val="000A7560"/>
    <w:rsid w:val="00103901"/>
    <w:rsid w:val="001305B8"/>
    <w:rsid w:val="0015074B"/>
    <w:rsid w:val="001B3CCB"/>
    <w:rsid w:val="0029639D"/>
    <w:rsid w:val="00326F90"/>
    <w:rsid w:val="005C6BC3"/>
    <w:rsid w:val="008F31B8"/>
    <w:rsid w:val="00AA1D8D"/>
    <w:rsid w:val="00B47730"/>
    <w:rsid w:val="00BF63BE"/>
    <w:rsid w:val="00CB0664"/>
    <w:rsid w:val="00CE27EA"/>
    <w:rsid w:val="00D96345"/>
    <w:rsid w:val="00DA005F"/>
    <w:rsid w:val="00FC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4"/>
    <o:shapelayout v:ext="edit">
      <o:idmap v:ext="edit" data="1"/>
      <o:rules v:ext="edit">
        <o:r id="V:Rule3" type="connector" idref="#_x0000_s1027"/>
        <o:r id="V:Rule4" type="connector" idref="#_x0000_s1028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1B3C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3CCB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CE27EA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1305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hi-IN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959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4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upport@starstudio.co.in" TargetMode="Externa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362</Words>
  <Characters>2065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2423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GS</cp:lastModifiedBy>
  <cp:revision>2</cp:revision>
  <dcterms:created xsi:type="dcterms:W3CDTF">2026-03-23T17:47:00Z</dcterms:created>
  <dcterms:modified xsi:type="dcterms:W3CDTF">2026-03-23T17:47:00Z</dcterms:modified>
</cp:coreProperties>
</file>